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733" w:rsidRPr="003E60CA" w:rsidRDefault="00A55733" w:rsidP="003E60CA">
      <w:pPr>
        <w:pStyle w:val="NormlWeb"/>
        <w:shd w:val="clear" w:color="auto" w:fill="FFFFFF"/>
        <w:spacing w:before="0" w:beforeAutospacing="0" w:after="0" w:afterAutospacing="0" w:line="360" w:lineRule="auto"/>
        <w:rPr>
          <w:b/>
          <w:bCs/>
          <w:color w:val="000000"/>
        </w:rPr>
      </w:pPr>
      <w:r w:rsidRPr="003E60CA">
        <w:rPr>
          <w:b/>
          <w:bCs/>
          <w:color w:val="000000"/>
        </w:rPr>
        <w:t>A Kisvárdai Szakképzési Centrum Adatkezelési, Adatvédelmi és Adatbiztonsági Szabályzatának 3. számú melléklete</w:t>
      </w:r>
    </w:p>
    <w:p w:rsidR="004A701A" w:rsidRPr="003E60CA" w:rsidRDefault="004A701A" w:rsidP="003E60CA">
      <w:pPr>
        <w:pStyle w:val="NormlWeb"/>
        <w:shd w:val="clear" w:color="auto" w:fill="FFFFFF"/>
        <w:spacing w:before="0" w:beforeAutospacing="0" w:after="0" w:afterAutospacing="0" w:line="360" w:lineRule="auto"/>
        <w:rPr>
          <w:color w:val="000000"/>
        </w:rPr>
      </w:pPr>
    </w:p>
    <w:p w:rsidR="00A55733" w:rsidRPr="003E60CA" w:rsidRDefault="00A55733" w:rsidP="003E60CA">
      <w:pPr>
        <w:pStyle w:val="NormlWeb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</w:rPr>
      </w:pPr>
      <w:r w:rsidRPr="003E60CA">
        <w:rPr>
          <w:b/>
          <w:bCs/>
          <w:color w:val="000000"/>
        </w:rPr>
        <w:t xml:space="preserve">FOTÓ- </w:t>
      </w:r>
      <w:proofErr w:type="gramStart"/>
      <w:r w:rsidRPr="003E60CA">
        <w:rPr>
          <w:b/>
          <w:bCs/>
          <w:color w:val="000000"/>
        </w:rPr>
        <w:t>ÉS</w:t>
      </w:r>
      <w:proofErr w:type="gramEnd"/>
      <w:r w:rsidRPr="003E60CA">
        <w:rPr>
          <w:b/>
          <w:bCs/>
          <w:color w:val="000000"/>
        </w:rPr>
        <w:t xml:space="preserve"> VIDEÓFELVÉTEL KÉSZÍTÉSÉHEZ ÉS FELHASZNÁLÁSÁHOZ</w:t>
      </w:r>
      <w:r w:rsidRPr="003E60CA">
        <w:rPr>
          <w:b/>
          <w:bCs/>
          <w:color w:val="000000"/>
        </w:rPr>
        <w:br/>
        <w:t>HOZZÁJÁRULÓ NYILATKOZAT</w:t>
      </w:r>
    </w:p>
    <w:p w:rsidR="004A701A" w:rsidRPr="003E60CA" w:rsidRDefault="004A701A" w:rsidP="003E60CA">
      <w:pPr>
        <w:pStyle w:val="NormlWeb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</w:rPr>
      </w:pPr>
    </w:p>
    <w:p w:rsidR="00A55733" w:rsidRPr="003E60CA" w:rsidRDefault="00A55733" w:rsidP="003E60CA">
      <w:pPr>
        <w:pStyle w:val="NormlWeb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3E60CA">
        <w:rPr>
          <w:color w:val="000000"/>
        </w:rPr>
        <w:t xml:space="preserve">A jelen nyilatkozat kizárólag olyan fotó- és videófelvételek készítésére, felhasználására és közzétételére szolgál, amelyek adatkezelési jogalapja a GDPR 6. cikk (1) bekezdés a) pontja szerinti hozzájárulás. A részletes adatkezelési </w:t>
      </w:r>
      <w:proofErr w:type="gramStart"/>
      <w:r w:rsidRPr="003E60CA">
        <w:rPr>
          <w:color w:val="000000"/>
        </w:rPr>
        <w:t>információkat</w:t>
      </w:r>
      <w:proofErr w:type="gramEnd"/>
      <w:r w:rsidRPr="003E60CA">
        <w:rPr>
          <w:color w:val="000000"/>
        </w:rPr>
        <w:t xml:space="preserve"> az érintett részére az adatkezelési tájékoztató tartalmazza.</w:t>
      </w:r>
    </w:p>
    <w:p w:rsidR="004A701A" w:rsidRPr="003E60CA" w:rsidRDefault="004A701A" w:rsidP="003E60CA">
      <w:pPr>
        <w:pStyle w:val="NormlWeb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</w:p>
    <w:p w:rsidR="00A55733" w:rsidRPr="003E60CA" w:rsidRDefault="00A55733" w:rsidP="003E60CA">
      <w:pPr>
        <w:pStyle w:val="NormlWeb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3E60CA">
        <w:rPr>
          <w:b/>
          <w:bCs/>
          <w:color w:val="000000"/>
        </w:rPr>
        <w:t>1. Érintett adatai</w:t>
      </w:r>
    </w:p>
    <w:p w:rsidR="00A55733" w:rsidRPr="003E60CA" w:rsidRDefault="00A55733" w:rsidP="003E60CA">
      <w:pPr>
        <w:pStyle w:val="NormlWeb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3E60CA">
        <w:rPr>
          <w:b/>
          <w:bCs/>
          <w:color w:val="000000"/>
        </w:rPr>
        <w:t>Név</w:t>
      </w:r>
      <w:proofErr w:type="gramStart"/>
      <w:r w:rsidRPr="003E60CA">
        <w:rPr>
          <w:b/>
          <w:bCs/>
          <w:color w:val="000000"/>
        </w:rPr>
        <w:t>:</w:t>
      </w:r>
      <w:r w:rsidRPr="003E60CA">
        <w:rPr>
          <w:color w:val="000000"/>
        </w:rPr>
        <w:t xml:space="preserve"> ..</w:t>
      </w:r>
      <w:proofErr w:type="gramEnd"/>
      <w:r w:rsidRPr="003E60CA">
        <w:rPr>
          <w:color w:val="000000"/>
        </w:rPr>
        <w:t>............................................................................................</w:t>
      </w:r>
    </w:p>
    <w:p w:rsidR="00A55733" w:rsidRPr="003E60CA" w:rsidRDefault="00A55733" w:rsidP="003E60CA">
      <w:pPr>
        <w:pStyle w:val="NormlWeb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3E60CA">
        <w:rPr>
          <w:color w:val="000000"/>
        </w:rPr>
        <w:t xml:space="preserve">Érintetti minőség: </w:t>
      </w:r>
      <w:r w:rsidRPr="003E60CA">
        <w:rPr>
          <w:rFonts w:ascii="Segoe UI Symbol" w:hAnsi="Segoe UI Symbol" w:cs="Segoe UI Symbol"/>
          <w:color w:val="000000"/>
        </w:rPr>
        <w:t>☐</w:t>
      </w:r>
      <w:r w:rsidRPr="003E60CA">
        <w:rPr>
          <w:color w:val="000000"/>
        </w:rPr>
        <w:t xml:space="preserve"> tanuló </w:t>
      </w:r>
      <w:r w:rsidRPr="003E60CA">
        <w:rPr>
          <w:rFonts w:ascii="Segoe UI Symbol" w:hAnsi="Segoe UI Symbol" w:cs="Segoe UI Symbol"/>
          <w:color w:val="000000"/>
        </w:rPr>
        <w:t>☐</w:t>
      </w:r>
      <w:r w:rsidRPr="003E60CA">
        <w:rPr>
          <w:color w:val="000000"/>
        </w:rPr>
        <w:t xml:space="preserve"> képzésben részt vevő személy </w:t>
      </w:r>
      <w:r w:rsidRPr="003E60CA">
        <w:rPr>
          <w:rFonts w:ascii="Segoe UI Symbol" w:hAnsi="Segoe UI Symbol" w:cs="Segoe UI Symbol"/>
          <w:color w:val="000000"/>
        </w:rPr>
        <w:t>☐</w:t>
      </w:r>
      <w:r w:rsidRPr="003E60CA">
        <w:rPr>
          <w:color w:val="000000"/>
        </w:rPr>
        <w:t xml:space="preserve"> vizsgázó </w:t>
      </w:r>
      <w:r w:rsidRPr="003E60CA">
        <w:rPr>
          <w:rFonts w:ascii="Segoe UI Symbol" w:hAnsi="Segoe UI Symbol" w:cs="Segoe UI Symbol"/>
          <w:color w:val="000000"/>
        </w:rPr>
        <w:t>☐</w:t>
      </w:r>
      <w:r w:rsidRPr="003E60CA">
        <w:rPr>
          <w:color w:val="000000"/>
        </w:rPr>
        <w:t xml:space="preserve"> foglalkoztatott </w:t>
      </w:r>
      <w:r w:rsidRPr="003E60CA">
        <w:rPr>
          <w:rFonts w:ascii="Segoe UI Symbol" w:hAnsi="Segoe UI Symbol" w:cs="Segoe UI Symbol"/>
          <w:color w:val="000000"/>
        </w:rPr>
        <w:t>☐</w:t>
      </w:r>
      <w:r w:rsidRPr="003E60CA">
        <w:rPr>
          <w:color w:val="000000"/>
        </w:rPr>
        <w:t xml:space="preserve"> egyéb</w:t>
      </w:r>
      <w:proofErr w:type="gramStart"/>
      <w:r w:rsidRPr="003E60CA">
        <w:rPr>
          <w:color w:val="000000"/>
        </w:rPr>
        <w:t>: ..</w:t>
      </w:r>
      <w:proofErr w:type="gramEnd"/>
      <w:r w:rsidRPr="003E60CA">
        <w:rPr>
          <w:color w:val="000000"/>
        </w:rPr>
        <w:t>......................</w:t>
      </w:r>
    </w:p>
    <w:p w:rsidR="00EA76A5" w:rsidRPr="003E60CA" w:rsidRDefault="00EA76A5" w:rsidP="003E60CA">
      <w:pPr>
        <w:pStyle w:val="NormlWeb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</w:p>
    <w:p w:rsidR="00A55733" w:rsidRPr="003E60CA" w:rsidRDefault="00A55733" w:rsidP="003E60CA">
      <w:pPr>
        <w:pStyle w:val="NormlWeb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3E60CA">
        <w:rPr>
          <w:b/>
          <w:bCs/>
          <w:color w:val="000000"/>
        </w:rPr>
        <w:t>2. Törvényes képviselő adatai – kiskorú érintett esetén</w:t>
      </w:r>
    </w:p>
    <w:p w:rsidR="00A55733" w:rsidRPr="003E60CA" w:rsidRDefault="00A55733" w:rsidP="003E60CA">
      <w:pPr>
        <w:pStyle w:val="NormlWeb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3E60CA">
        <w:rPr>
          <w:color w:val="000000"/>
        </w:rPr>
        <w:t>Név</w:t>
      </w:r>
      <w:proofErr w:type="gramStart"/>
      <w:r w:rsidRPr="003E60CA">
        <w:rPr>
          <w:color w:val="000000"/>
        </w:rPr>
        <w:t>: ..</w:t>
      </w:r>
      <w:proofErr w:type="gramEnd"/>
      <w:r w:rsidRPr="003E60CA">
        <w:rPr>
          <w:color w:val="000000"/>
        </w:rPr>
        <w:t>......................................................................................................................</w:t>
      </w:r>
    </w:p>
    <w:p w:rsidR="00A55733" w:rsidRPr="003E60CA" w:rsidRDefault="00A55733" w:rsidP="003E60CA">
      <w:pPr>
        <w:pStyle w:val="NormlWeb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3E60CA">
        <w:rPr>
          <w:color w:val="000000"/>
        </w:rPr>
        <w:t>Minőség</w:t>
      </w:r>
      <w:proofErr w:type="gramStart"/>
      <w:r w:rsidRPr="003E60CA">
        <w:rPr>
          <w:color w:val="000000"/>
        </w:rPr>
        <w:t>: ..</w:t>
      </w:r>
      <w:proofErr w:type="gramEnd"/>
      <w:r w:rsidRPr="003E60CA">
        <w:rPr>
          <w:color w:val="000000"/>
        </w:rPr>
        <w:t>.......................................................................................................................</w:t>
      </w:r>
    </w:p>
    <w:p w:rsidR="00EA76A5" w:rsidRPr="003E60CA" w:rsidRDefault="00EA76A5" w:rsidP="003E60CA">
      <w:pPr>
        <w:pStyle w:val="NormlWeb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</w:p>
    <w:p w:rsidR="00973CAF" w:rsidRPr="003E60CA" w:rsidRDefault="00A55733" w:rsidP="003E60CA">
      <w:pPr>
        <w:pStyle w:val="Cmsor3"/>
        <w:spacing w:before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hu-HU" w:eastAsia="hu-HU"/>
        </w:rPr>
      </w:pPr>
      <w:r w:rsidRPr="003E60CA">
        <w:rPr>
          <w:rFonts w:ascii="Times New Roman" w:hAnsi="Times New Roman" w:cs="Times New Roman"/>
          <w:bCs w:val="0"/>
          <w:color w:val="000000"/>
          <w:sz w:val="24"/>
          <w:szCs w:val="24"/>
        </w:rPr>
        <w:t>3</w:t>
      </w:r>
      <w:r w:rsidRPr="003E60CA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. </w:t>
      </w:r>
      <w:r w:rsidR="00973CAF" w:rsidRPr="003E60CA">
        <w:rPr>
          <w:rFonts w:ascii="Times New Roman" w:eastAsia="Times New Roman" w:hAnsi="Times New Roman" w:cs="Times New Roman"/>
          <w:color w:val="auto"/>
          <w:sz w:val="24"/>
          <w:szCs w:val="24"/>
          <w:lang w:val="hu-HU" w:eastAsia="hu-HU"/>
        </w:rPr>
        <w:t>Adatkezelő és tájékoztató</w:t>
      </w:r>
    </w:p>
    <w:p w:rsidR="003E60CA" w:rsidRPr="003E60CA" w:rsidRDefault="003E60CA" w:rsidP="003E60C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3E60CA">
        <w:rPr>
          <w:rFonts w:ascii="Times New Roman" w:eastAsia="Times New Roman" w:hAnsi="Times New Roman" w:cs="Times New Roman"/>
          <w:b/>
          <w:bCs/>
          <w:sz w:val="24"/>
          <w:szCs w:val="24"/>
          <w:lang w:val="hu-HU" w:eastAsia="hu-HU"/>
        </w:rPr>
        <w:t>Adatkezelő:</w:t>
      </w:r>
    </w:p>
    <w:p w:rsidR="003E60CA" w:rsidRPr="003E60CA" w:rsidRDefault="003E60CA" w:rsidP="003E60C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3E60CA">
        <w:rPr>
          <w:rFonts w:ascii="Times New Roman" w:eastAsia="Times New Roman" w:hAnsi="Times New Roman" w:cs="Times New Roman"/>
          <w:b/>
          <w:bCs/>
          <w:sz w:val="24"/>
          <w:szCs w:val="24"/>
          <w:lang w:val="hu-HU" w:eastAsia="hu-HU"/>
        </w:rPr>
        <w:t>Kisvárdai Szakképzési Centrum</w:t>
      </w:r>
    </w:p>
    <w:p w:rsidR="003E60CA" w:rsidRPr="003E60CA" w:rsidRDefault="003E60CA" w:rsidP="003E60C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3E60CA">
        <w:rPr>
          <w:rFonts w:ascii="Times New Roman" w:eastAsia="Times New Roman" w:hAnsi="Times New Roman" w:cs="Times New Roman"/>
          <w:b/>
          <w:bCs/>
          <w:sz w:val="24"/>
          <w:szCs w:val="24"/>
          <w:lang w:val="hu-HU" w:eastAsia="hu-HU"/>
        </w:rPr>
        <w:t>Az adatkezelésben részt vevő szakképző intézmény:</w:t>
      </w:r>
      <w:r w:rsidRPr="003E60CA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br/>
      </w:r>
      <w:proofErr w:type="gramStart"/>
      <w:r w:rsidRPr="003E60CA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....................................................................................................</w:t>
      </w:r>
      <w:proofErr w:type="gramEnd"/>
    </w:p>
    <w:p w:rsidR="003E60CA" w:rsidRPr="003E60CA" w:rsidRDefault="003E60CA" w:rsidP="003E60C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3E60CA">
        <w:rPr>
          <w:rFonts w:ascii="Times New Roman" w:eastAsia="Times New Roman" w:hAnsi="Times New Roman" w:cs="Times New Roman"/>
          <w:b/>
          <w:bCs/>
          <w:sz w:val="24"/>
          <w:szCs w:val="24"/>
          <w:lang w:val="hu-HU" w:eastAsia="hu-HU"/>
        </w:rPr>
        <w:t>Az adatkezelési tájékoztató elérhetősége:</w:t>
      </w:r>
    </w:p>
    <w:p w:rsidR="003E60CA" w:rsidRPr="003E60CA" w:rsidRDefault="003E60CA" w:rsidP="003E60C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3E60CA">
        <w:rPr>
          <w:rFonts w:ascii="Times New Roman" w:eastAsia="Times New Roman" w:hAnsi="Times New Roman" w:cs="Times New Roman"/>
          <w:b/>
          <w:bCs/>
          <w:sz w:val="24"/>
          <w:szCs w:val="24"/>
          <w:lang w:val="hu-HU" w:eastAsia="hu-HU"/>
        </w:rPr>
        <w:t>Kisvárdai Szakképzési Centrum honlapja:</w:t>
      </w:r>
      <w:r w:rsidRPr="003E60CA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br/>
        <w:t>www.kisvardaiszc.hu</w:t>
      </w:r>
    </w:p>
    <w:p w:rsidR="003E60CA" w:rsidRPr="003E60CA" w:rsidRDefault="003E60CA" w:rsidP="003E60C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3E60CA">
        <w:rPr>
          <w:rFonts w:ascii="Times New Roman" w:eastAsia="Times New Roman" w:hAnsi="Times New Roman" w:cs="Times New Roman"/>
          <w:b/>
          <w:bCs/>
          <w:sz w:val="24"/>
          <w:szCs w:val="24"/>
          <w:lang w:val="hu-HU" w:eastAsia="hu-HU"/>
        </w:rPr>
        <w:t>Az intézmény honlapja, „Adatkezelések” menüpont:</w:t>
      </w:r>
      <w:bookmarkStart w:id="0" w:name="_GoBack"/>
      <w:bookmarkEnd w:id="0"/>
      <w:r w:rsidRPr="003E60CA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br/>
      </w:r>
      <w:proofErr w:type="gramStart"/>
      <w:r w:rsidRPr="003E60CA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....................................................................................................</w:t>
      </w:r>
      <w:proofErr w:type="gramEnd"/>
    </w:p>
    <w:p w:rsidR="003E60CA" w:rsidRPr="003E60CA" w:rsidRDefault="003E60CA" w:rsidP="003E60C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3E60CA">
        <w:rPr>
          <w:rFonts w:ascii="Times New Roman" w:eastAsia="Times New Roman" w:hAnsi="Times New Roman" w:cs="Times New Roman"/>
          <w:b/>
          <w:bCs/>
          <w:sz w:val="24"/>
          <w:szCs w:val="24"/>
          <w:lang w:val="hu-HU" w:eastAsia="hu-HU"/>
        </w:rPr>
        <w:t>Adatvédelmi tisztviselő:</w:t>
      </w:r>
      <w:r w:rsidRPr="003E60CA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br/>
        <w:t xml:space="preserve">Dr. Kiss Elek – </w:t>
      </w:r>
      <w:hyperlink r:id="rId6" w:history="1">
        <w:r w:rsidRPr="003E60C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hu-HU" w:eastAsia="hu-HU"/>
          </w:rPr>
          <w:t>drkisselek@gmail.com</w:t>
        </w:r>
      </w:hyperlink>
    </w:p>
    <w:p w:rsidR="003E60CA" w:rsidRPr="003E60CA" w:rsidRDefault="003E60CA" w:rsidP="003E60CA">
      <w:pPr>
        <w:pStyle w:val="Cmsor3"/>
        <w:spacing w:before="0" w:line="360" w:lineRule="auto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:rsidR="00A55733" w:rsidRPr="003E60CA" w:rsidRDefault="00A55733" w:rsidP="003E60CA">
      <w:pPr>
        <w:pStyle w:val="Cmsor3"/>
        <w:spacing w:before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hu-HU" w:eastAsia="hu-HU"/>
        </w:rPr>
      </w:pPr>
      <w:r w:rsidRPr="003E60CA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4. </w:t>
      </w:r>
      <w:r w:rsidR="00973CAF" w:rsidRPr="003E60CA">
        <w:rPr>
          <w:rFonts w:ascii="Times New Roman" w:eastAsia="Times New Roman" w:hAnsi="Times New Roman" w:cs="Times New Roman"/>
          <w:color w:val="auto"/>
          <w:sz w:val="24"/>
          <w:szCs w:val="24"/>
          <w:lang w:val="hu-HU" w:eastAsia="hu-HU"/>
        </w:rPr>
        <w:t>Hozzájárulás</w:t>
      </w:r>
    </w:p>
    <w:p w:rsidR="00973CAF" w:rsidRPr="003E60CA" w:rsidRDefault="00973CAF" w:rsidP="003E60CA">
      <w:pPr>
        <w:pStyle w:val="NormlWeb"/>
        <w:shd w:val="clear" w:color="auto" w:fill="FFFFFF"/>
        <w:spacing w:before="0" w:beforeAutospacing="0" w:after="0" w:afterAutospacing="0" w:line="360" w:lineRule="auto"/>
        <w:jc w:val="both"/>
      </w:pPr>
      <w:r w:rsidRPr="003E60CA">
        <w:t xml:space="preserve">Hozzájárulok ahhoz, hogy az intézmény vagy a Kisvárdai Szakképzési Centrum által szervezett eseményeken rólam fotó- és videófelvétel készüljön, és azokat az adatkezelési tájékoztatóban meghatározott célból és módon felhasználják, illetve </w:t>
      </w:r>
      <w:proofErr w:type="spellStart"/>
      <w:r w:rsidRPr="003E60CA">
        <w:t>közzétegyék</w:t>
      </w:r>
      <w:proofErr w:type="spellEnd"/>
      <w:r w:rsidRPr="003E60CA">
        <w:t>.</w:t>
      </w:r>
    </w:p>
    <w:p w:rsidR="00973CAF" w:rsidRPr="003E60CA" w:rsidRDefault="00973CAF" w:rsidP="003E60CA">
      <w:pPr>
        <w:pStyle w:val="NormlWeb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</w:p>
    <w:p w:rsidR="00A55733" w:rsidRPr="003E60CA" w:rsidRDefault="00A55733" w:rsidP="003E60CA">
      <w:pPr>
        <w:pStyle w:val="NormlWeb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000000"/>
        </w:rPr>
      </w:pPr>
      <w:r w:rsidRPr="003E60CA">
        <w:rPr>
          <w:b/>
          <w:bCs/>
          <w:color w:val="000000"/>
        </w:rPr>
        <w:t>5. A hozzájárulás visszavonása</w:t>
      </w:r>
    </w:p>
    <w:p w:rsidR="00572D93" w:rsidRPr="003E60CA" w:rsidRDefault="00572D93" w:rsidP="003E60CA">
      <w:pPr>
        <w:pStyle w:val="NormlWeb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000000"/>
        </w:rPr>
      </w:pPr>
    </w:p>
    <w:p w:rsidR="00A55733" w:rsidRPr="003E60CA" w:rsidRDefault="00A55733" w:rsidP="003E60CA">
      <w:pPr>
        <w:pStyle w:val="NormlWeb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3E60CA">
        <w:rPr>
          <w:color w:val="000000"/>
        </w:rPr>
        <w:t>A hozzájárulás visszavonása írásban kezdeményezhető az adatkezelőnél személyesen, postai úton vagy elektronikus úton. Elektronikus úton: kisvardaszc@kisvardaszc.hu. A visszavonás az adatvédelmi tisztviselőnél is bejelenthető: Dr. Kiss Elek – drkisselek@gmail.com.</w:t>
      </w:r>
    </w:p>
    <w:p w:rsidR="00EA76A5" w:rsidRPr="003E60CA" w:rsidRDefault="00A55733" w:rsidP="003E60CA">
      <w:pPr>
        <w:pStyle w:val="NormlWeb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000000"/>
        </w:rPr>
      </w:pPr>
      <w:r w:rsidRPr="003E60CA">
        <w:rPr>
          <w:b/>
          <w:bCs/>
          <w:color w:val="000000"/>
        </w:rPr>
        <w:t>6. Kiskorú érintett</w:t>
      </w:r>
    </w:p>
    <w:p w:rsidR="00572D93" w:rsidRPr="003E60CA" w:rsidRDefault="00572D93" w:rsidP="003E60CA">
      <w:pPr>
        <w:pStyle w:val="NormlWeb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000000"/>
        </w:rPr>
      </w:pPr>
    </w:p>
    <w:p w:rsidR="00A55733" w:rsidRPr="003E60CA" w:rsidRDefault="00A55733" w:rsidP="003E60CA">
      <w:pPr>
        <w:pStyle w:val="NormlWeb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3E60CA">
        <w:rPr>
          <w:color w:val="000000"/>
        </w:rPr>
        <w:t>Kiskorú érintett esetén a törvényes képviselő a vonatkozó jogszabályok szerint gyakorolja a hozzájárulással kapcsolatos jogokat.</w:t>
      </w:r>
    </w:p>
    <w:p w:rsidR="00572D93" w:rsidRPr="003E60CA" w:rsidRDefault="00572D93" w:rsidP="003E60CA">
      <w:pPr>
        <w:pStyle w:val="NormlWeb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</w:p>
    <w:p w:rsidR="00A55733" w:rsidRPr="003E60CA" w:rsidRDefault="00A55733" w:rsidP="003E60CA">
      <w:pPr>
        <w:pStyle w:val="NormlWeb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3E60CA">
        <w:rPr>
          <w:b/>
          <w:bCs/>
          <w:color w:val="000000"/>
        </w:rPr>
        <w:t>7. Aláírás</w:t>
      </w:r>
    </w:p>
    <w:p w:rsidR="00A55733" w:rsidRPr="003E60CA" w:rsidRDefault="00A55733" w:rsidP="003E60CA">
      <w:pPr>
        <w:pStyle w:val="NormlWeb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3E60CA">
        <w:rPr>
          <w:color w:val="000000"/>
        </w:rPr>
        <w:t>Kelt</w:t>
      </w:r>
      <w:proofErr w:type="gramStart"/>
      <w:r w:rsidRPr="003E60CA">
        <w:rPr>
          <w:color w:val="000000"/>
        </w:rPr>
        <w:t>: ..</w:t>
      </w:r>
      <w:proofErr w:type="gramEnd"/>
      <w:r w:rsidRPr="003E60CA">
        <w:rPr>
          <w:color w:val="000000"/>
        </w:rPr>
        <w:t>......................................................................</w:t>
      </w:r>
    </w:p>
    <w:p w:rsidR="00572D93" w:rsidRPr="003E60CA" w:rsidRDefault="00A55733" w:rsidP="003E60CA">
      <w:pPr>
        <w:pStyle w:val="NormlWeb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3E60CA">
        <w:rPr>
          <w:b/>
          <w:bCs/>
          <w:color w:val="000000"/>
        </w:rPr>
        <w:t>Érintett aláírása</w:t>
      </w:r>
      <w:proofErr w:type="gramStart"/>
      <w:r w:rsidRPr="003E60CA">
        <w:rPr>
          <w:b/>
          <w:bCs/>
          <w:color w:val="000000"/>
        </w:rPr>
        <w:t>:</w:t>
      </w:r>
      <w:r w:rsidRPr="003E60CA">
        <w:rPr>
          <w:color w:val="000000"/>
        </w:rPr>
        <w:t xml:space="preserve"> ..</w:t>
      </w:r>
      <w:proofErr w:type="gramEnd"/>
      <w:r w:rsidRPr="003E60CA">
        <w:rPr>
          <w:color w:val="000000"/>
        </w:rPr>
        <w:t>........................................................</w:t>
      </w:r>
    </w:p>
    <w:p w:rsidR="00A55733" w:rsidRPr="003E60CA" w:rsidRDefault="00A55733" w:rsidP="003E60CA">
      <w:pPr>
        <w:pStyle w:val="NormlWeb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3E60CA">
        <w:rPr>
          <w:b/>
          <w:bCs/>
          <w:color w:val="000000"/>
        </w:rPr>
        <w:t>Törvényes képviselő aláírása (ha szükséges)</w:t>
      </w:r>
      <w:proofErr w:type="gramStart"/>
      <w:r w:rsidRPr="003E60CA">
        <w:rPr>
          <w:b/>
          <w:bCs/>
          <w:color w:val="000000"/>
        </w:rPr>
        <w:t>:</w:t>
      </w:r>
      <w:r w:rsidRPr="003E60CA">
        <w:rPr>
          <w:color w:val="000000"/>
        </w:rPr>
        <w:t xml:space="preserve"> ..</w:t>
      </w:r>
      <w:proofErr w:type="gramEnd"/>
      <w:r w:rsidRPr="003E60CA">
        <w:rPr>
          <w:color w:val="000000"/>
        </w:rPr>
        <w:t>........................................................</w:t>
      </w:r>
    </w:p>
    <w:p w:rsidR="00A55733" w:rsidRPr="003E60CA" w:rsidRDefault="00A55733" w:rsidP="003E60CA">
      <w:pPr>
        <w:pStyle w:val="NormlWeb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3E60CA">
        <w:rPr>
          <w:color w:val="000000"/>
        </w:rPr>
        <w:t>Nyilatkozatot átvevő / adatkezelő képviselője</w:t>
      </w:r>
      <w:proofErr w:type="gramStart"/>
      <w:r w:rsidRPr="003E60CA">
        <w:rPr>
          <w:color w:val="000000"/>
        </w:rPr>
        <w:t>: ..</w:t>
      </w:r>
      <w:proofErr w:type="gramEnd"/>
      <w:r w:rsidRPr="003E60CA">
        <w:rPr>
          <w:color w:val="000000"/>
        </w:rPr>
        <w:t>......................................................................</w:t>
      </w:r>
    </w:p>
    <w:p w:rsidR="00A55733" w:rsidRPr="003E60CA" w:rsidRDefault="00A55733" w:rsidP="003E60CA">
      <w:pPr>
        <w:pStyle w:val="NormlWeb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proofErr w:type="gramStart"/>
      <w:r w:rsidRPr="003E60CA">
        <w:rPr>
          <w:color w:val="000000"/>
        </w:rPr>
        <w:t>Dátum</w:t>
      </w:r>
      <w:proofErr w:type="gramEnd"/>
      <w:r w:rsidRPr="003E60CA">
        <w:rPr>
          <w:color w:val="000000"/>
        </w:rPr>
        <w:t>: ........................................................................</w:t>
      </w:r>
    </w:p>
    <w:p w:rsidR="00EA0D0D" w:rsidRPr="003E60CA" w:rsidRDefault="00EA0D0D" w:rsidP="003E60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EA0D0D" w:rsidRPr="003E60CA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zmozott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zmozott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Felsorol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Felsorol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E60CA"/>
    <w:rsid w:val="004A701A"/>
    <w:rsid w:val="00572D93"/>
    <w:rsid w:val="007B142C"/>
    <w:rsid w:val="00973CAF"/>
    <w:rsid w:val="00A55733"/>
    <w:rsid w:val="00AA1D8D"/>
    <w:rsid w:val="00B47730"/>
    <w:rsid w:val="00CB0664"/>
    <w:rsid w:val="00EA0D0D"/>
    <w:rsid w:val="00EA76A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BD1C10"/>
  <w14:defaultImageDpi w14:val="300"/>
  <w15:docId w15:val="{8D3E329E-8A4E-4969-BCC0-1451F2711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FC693F"/>
    <w:rPr>
      <w:rFonts w:ascii="Arial" w:hAnsi="Arial"/>
      <w:sz w:val="20"/>
    </w:rPr>
  </w:style>
  <w:style w:type="paragraph" w:styleId="Cmsor1">
    <w:name w:val="heading 1"/>
    <w:basedOn w:val="Norml"/>
    <w:next w:val="Norml"/>
    <w:link w:val="Cmsor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618BF"/>
  </w:style>
  <w:style w:type="paragraph" w:styleId="llb">
    <w:name w:val="footer"/>
    <w:basedOn w:val="Norml"/>
    <w:link w:val="llb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618BF"/>
  </w:style>
  <w:style w:type="paragraph" w:styleId="Nincstrkz">
    <w:name w:val="No Spacing"/>
    <w:uiPriority w:val="1"/>
    <w:qFormat/>
    <w:rsid w:val="00FC693F"/>
    <w:pPr>
      <w:spacing w:after="0" w:line="240" w:lineRule="auto"/>
    </w:pPr>
  </w:style>
  <w:style w:type="character" w:customStyle="1" w:styleId="Cmsor1Char">
    <w:name w:val="Címsor 1 Char"/>
    <w:basedOn w:val="Bekezdsalapbettpusa"/>
    <w:link w:val="Cmsor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">
    <w:name w:val="Title"/>
    <w:basedOn w:val="Norml"/>
    <w:next w:val="Norml"/>
    <w:link w:val="Cm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C693F"/>
    <w:pPr>
      <w:ind w:left="720"/>
      <w:contextualSpacing/>
    </w:pPr>
  </w:style>
  <w:style w:type="paragraph" w:styleId="Szvegtrzs">
    <w:name w:val="Body Text"/>
    <w:basedOn w:val="Norml"/>
    <w:link w:val="SzvegtrzsChar"/>
    <w:uiPriority w:val="99"/>
    <w:unhideWhenUsed/>
    <w:rsid w:val="00AA1D8D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AA1D8D"/>
  </w:style>
  <w:style w:type="paragraph" w:styleId="Szvegtrzs2">
    <w:name w:val="Body Text 2"/>
    <w:basedOn w:val="Norml"/>
    <w:link w:val="Szvegtrzs2Char"/>
    <w:uiPriority w:val="99"/>
    <w:unhideWhenUsed/>
    <w:rsid w:val="00AA1D8D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AA1D8D"/>
  </w:style>
  <w:style w:type="paragraph" w:styleId="Szvegtrzs3">
    <w:name w:val="Body Text 3"/>
    <w:basedOn w:val="Norml"/>
    <w:link w:val="Szvegtrzs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AA1D8D"/>
    <w:rPr>
      <w:sz w:val="16"/>
      <w:szCs w:val="16"/>
    </w:rPr>
  </w:style>
  <w:style w:type="paragraph" w:styleId="Lista">
    <w:name w:val="List"/>
    <w:basedOn w:val="Norm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l"/>
    <w:uiPriority w:val="99"/>
    <w:unhideWhenUsed/>
    <w:rsid w:val="00326F90"/>
    <w:pPr>
      <w:ind w:left="1080" w:hanging="360"/>
      <w:contextualSpacing/>
    </w:pPr>
  </w:style>
  <w:style w:type="paragraph" w:styleId="Felsorols">
    <w:name w:val="List Bullet"/>
    <w:basedOn w:val="Norml"/>
    <w:uiPriority w:val="99"/>
    <w:unhideWhenUsed/>
    <w:rsid w:val="00326F90"/>
    <w:pPr>
      <w:numPr>
        <w:numId w:val="1"/>
      </w:numPr>
      <w:contextualSpacing/>
    </w:pPr>
  </w:style>
  <w:style w:type="paragraph" w:styleId="Felsorols2">
    <w:name w:val="List Bullet 2"/>
    <w:basedOn w:val="Norml"/>
    <w:uiPriority w:val="99"/>
    <w:unhideWhenUsed/>
    <w:rsid w:val="00326F90"/>
    <w:pPr>
      <w:numPr>
        <w:numId w:val="2"/>
      </w:numPr>
      <w:contextualSpacing/>
    </w:pPr>
  </w:style>
  <w:style w:type="paragraph" w:styleId="Felsorols3">
    <w:name w:val="List Bullet 3"/>
    <w:basedOn w:val="Norml"/>
    <w:uiPriority w:val="99"/>
    <w:unhideWhenUsed/>
    <w:rsid w:val="00326F90"/>
    <w:pPr>
      <w:numPr>
        <w:numId w:val="3"/>
      </w:numPr>
      <w:contextualSpacing/>
    </w:pPr>
  </w:style>
  <w:style w:type="paragraph" w:styleId="Szmozottlista">
    <w:name w:val="List Number"/>
    <w:basedOn w:val="Norml"/>
    <w:uiPriority w:val="99"/>
    <w:unhideWhenUsed/>
    <w:rsid w:val="00326F90"/>
    <w:pPr>
      <w:numPr>
        <w:numId w:val="5"/>
      </w:numPr>
      <w:contextualSpacing/>
    </w:pPr>
  </w:style>
  <w:style w:type="paragraph" w:styleId="Szmozottlista2">
    <w:name w:val="List Number 2"/>
    <w:basedOn w:val="Norml"/>
    <w:uiPriority w:val="99"/>
    <w:unhideWhenUsed/>
    <w:rsid w:val="0029639D"/>
    <w:pPr>
      <w:numPr>
        <w:numId w:val="6"/>
      </w:numPr>
      <w:contextualSpacing/>
    </w:pPr>
  </w:style>
  <w:style w:type="paragraph" w:styleId="Szmozottlista3">
    <w:name w:val="List Number 3"/>
    <w:basedOn w:val="Norml"/>
    <w:uiPriority w:val="99"/>
    <w:unhideWhenUsed/>
    <w:rsid w:val="0029639D"/>
    <w:pPr>
      <w:numPr>
        <w:numId w:val="7"/>
      </w:numPr>
      <w:contextualSpacing/>
    </w:pPr>
  </w:style>
  <w:style w:type="paragraph" w:styleId="Listafolytatsa">
    <w:name w:val="List Continue"/>
    <w:basedOn w:val="Norml"/>
    <w:uiPriority w:val="99"/>
    <w:unhideWhenUsed/>
    <w:rsid w:val="0029639D"/>
    <w:pPr>
      <w:spacing w:after="120"/>
      <w:ind w:left="360"/>
      <w:contextualSpacing/>
    </w:pPr>
  </w:style>
  <w:style w:type="paragraph" w:styleId="Listafolytatsa2">
    <w:name w:val="List Continue 2"/>
    <w:basedOn w:val="Norml"/>
    <w:uiPriority w:val="99"/>
    <w:unhideWhenUsed/>
    <w:rsid w:val="0029639D"/>
    <w:pPr>
      <w:spacing w:after="120"/>
      <w:ind w:left="720"/>
      <w:contextualSpacing/>
    </w:pPr>
  </w:style>
  <w:style w:type="paragraph" w:styleId="Listafolytatsa3">
    <w:name w:val="List Continue 3"/>
    <w:basedOn w:val="Norml"/>
    <w:uiPriority w:val="99"/>
    <w:unhideWhenUsed/>
    <w:rsid w:val="0029639D"/>
    <w:pPr>
      <w:spacing w:after="120"/>
      <w:ind w:left="1080"/>
      <w:contextualSpacing/>
    </w:pPr>
  </w:style>
  <w:style w:type="paragraph" w:styleId="Makrszvege">
    <w:name w:val="macro"/>
    <w:link w:val="Makrszveg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szvegeChar">
    <w:name w:val="Makró szövege Char"/>
    <w:basedOn w:val="Bekezdsalapbettpusa"/>
    <w:link w:val="Makrszvege"/>
    <w:uiPriority w:val="99"/>
    <w:rsid w:val="0029639D"/>
    <w:rPr>
      <w:rFonts w:ascii="Courier" w:hAnsi="Courier"/>
      <w:sz w:val="20"/>
      <w:szCs w:val="20"/>
    </w:rPr>
  </w:style>
  <w:style w:type="paragraph" w:styleId="Idzet">
    <w:name w:val="Quote"/>
    <w:basedOn w:val="Norml"/>
    <w:next w:val="Norml"/>
    <w:link w:val="IdzetChar"/>
    <w:uiPriority w:val="29"/>
    <w:qFormat/>
    <w:rsid w:val="00FC693F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FC693F"/>
    <w:rPr>
      <w:i/>
      <w:iCs/>
      <w:color w:val="000000" w:themeColor="tex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iemels2">
    <w:name w:val="Strong"/>
    <w:basedOn w:val="Bekezdsalapbettpusa"/>
    <w:uiPriority w:val="22"/>
    <w:qFormat/>
    <w:rsid w:val="00FC693F"/>
    <w:rPr>
      <w:b/>
      <w:bCs/>
    </w:rPr>
  </w:style>
  <w:style w:type="character" w:styleId="Kiemels">
    <w:name w:val="Emphasis"/>
    <w:basedOn w:val="Bekezdsalapbettpusa"/>
    <w:uiPriority w:val="20"/>
    <w:qFormat/>
    <w:rsid w:val="00FC693F"/>
    <w:rPr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C693F"/>
    <w:rPr>
      <w:b/>
      <w:bCs/>
      <w:i/>
      <w:iCs/>
      <w:color w:val="4F81BD" w:themeColor="accent1"/>
    </w:rPr>
  </w:style>
  <w:style w:type="character" w:styleId="Finomkiemels">
    <w:name w:val="Subtle Emphasis"/>
    <w:basedOn w:val="Bekezdsalapbettpusa"/>
    <w:uiPriority w:val="19"/>
    <w:qFormat/>
    <w:rsid w:val="00FC693F"/>
    <w:rPr>
      <w:i/>
      <w:iCs/>
      <w:color w:val="808080" w:themeColor="text1" w:themeTint="7F"/>
    </w:rPr>
  </w:style>
  <w:style w:type="character" w:styleId="Erskiemels">
    <w:name w:val="Intense Emphasis"/>
    <w:basedOn w:val="Bekezdsalapbettpusa"/>
    <w:uiPriority w:val="21"/>
    <w:qFormat/>
    <w:rsid w:val="00FC693F"/>
    <w:rPr>
      <w:b/>
      <w:bCs/>
      <w:i/>
      <w:iCs/>
      <w:color w:val="4F81BD" w:themeColor="accent1"/>
    </w:rPr>
  </w:style>
  <w:style w:type="character" w:styleId="Finomhivatkozs">
    <w:name w:val="Subtle Reference"/>
    <w:basedOn w:val="Bekezdsalapbettpusa"/>
    <w:uiPriority w:val="31"/>
    <w:qFormat/>
    <w:rsid w:val="00FC693F"/>
    <w:rPr>
      <w:smallCaps/>
      <w:color w:val="C0504D" w:themeColor="accent2"/>
      <w:u w:val="single"/>
    </w:rPr>
  </w:style>
  <w:style w:type="character" w:styleId="Ershivatkozs">
    <w:name w:val="Intense Reference"/>
    <w:basedOn w:val="Bekezdsalapbettpus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FC693F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FC693F"/>
    <w:pPr>
      <w:outlineLvl w:val="9"/>
    </w:pPr>
  </w:style>
  <w:style w:type="table" w:styleId="Rcsostblzat">
    <w:name w:val="Table Grid"/>
    <w:basedOn w:val="Normltblzat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lgostnus">
    <w:name w:val="Light Shading"/>
    <w:basedOn w:val="Normltblzat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lgosrnykols1jellszn">
    <w:name w:val="Light Shading Accent 1"/>
    <w:basedOn w:val="Normltblzat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lgosrnykols2jellszn">
    <w:name w:val="Light Shading Accent 2"/>
    <w:basedOn w:val="Normltblzat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lgosrnykols3jellszn">
    <w:name w:val="Light Shading Accent 3"/>
    <w:basedOn w:val="Normltblzat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lgosrnykols4jellszn">
    <w:name w:val="Light Shading Accent 4"/>
    <w:basedOn w:val="Normltblzat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lgosrnykols5jellszn">
    <w:name w:val="Light Shading Accent 5"/>
    <w:basedOn w:val="Normltblzat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lgosrnykols6jellszn">
    <w:name w:val="Light Shading Accent 6"/>
    <w:basedOn w:val="Normltblzat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lgoslista">
    <w:name w:val="Light List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lgoslista1jellszn">
    <w:name w:val="Light List Accent 1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lgoslista2jellszn">
    <w:name w:val="Light List Accent 2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lgoslista3jellszn">
    <w:name w:val="Light List Accent 3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lgoslista4jellszn">
    <w:name w:val="Light List Accent 4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lgoslista5jellszn">
    <w:name w:val="Light List Accent 5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lgoslista6jellszn">
    <w:name w:val="Light List Accent 6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lgosrcs">
    <w:name w:val="Light Grid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lgosrcs1jellszn">
    <w:name w:val="Light Grid Accent 1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lgosrcs2jellszn">
    <w:name w:val="Light Grid Accent 2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lgosrcs3jellszn">
    <w:name w:val="Light Grid Accent 3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lgosrcs4jellszn">
    <w:name w:val="Light Grid Accent 4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lgosrcs5jellszn">
    <w:name w:val="Light Grid Accent 5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lgosrcs6jellszn">
    <w:name w:val="Light Grid Accent 6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Kzepesrnykols1">
    <w:name w:val="Medium Shading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1jellszn">
    <w:name w:val="Medium Shading 1 Accent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2jellszn">
    <w:name w:val="Medium Shading 1 Accent 2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3jellszn">
    <w:name w:val="Medium Shading 1 Accent 3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4jellszn">
    <w:name w:val="Medium Shading 1 Accent 4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5jellszn">
    <w:name w:val="Medium Shading 1 Accent 5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6jellszn">
    <w:name w:val="Medium Shading 1 Accent 6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2">
    <w:name w:val="Medium Shading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1jellszn">
    <w:name w:val="Medium Shading 2 Accent 1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2jellszn">
    <w:name w:val="Medium Shading 2 Accent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4jellszn">
    <w:name w:val="Medium Shading 2 Accent 4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lista1">
    <w:name w:val="Medium Lis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zepeslista11jellszn">
    <w:name w:val="Medium List 1 Accen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Kzepeslista12jellszn">
    <w:name w:val="Medium List 1 Accent 2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Kzepeslista13jellszn">
    <w:name w:val="Medium List 1 Accent 3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Kzepeslista14jellszn">
    <w:name w:val="Medium List 1 Accent 4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Kzepeslista2">
    <w:name w:val="Medium Lis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1jellszn">
    <w:name w:val="Medium List 2 Accent 1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2jellszn">
    <w:name w:val="Medium List 2 Accen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4jellszn">
    <w:name w:val="Medium List 2 Accent 4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5jellszn">
    <w:name w:val="Medium List 2 Accent 5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6jellszn">
    <w:name w:val="Medium List 2 Accent 6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">
    <w:name w:val="Medium Grid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zepesrcs11jellszn">
    <w:name w:val="Medium Grid 1 Accent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zepesrcs12jellszn">
    <w:name w:val="Medium Grid 1 Accent 2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zepesrcs13jellszn">
    <w:name w:val="Medium Grid 1 Accent 3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zepesrcs14jellszn">
    <w:name w:val="Medium Grid 1 Accent 4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zepesrcs15jellszn">
    <w:name w:val="Medium Grid 1 Accent 5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zepesrcs16jellszn">
    <w:name w:val="Medium Grid 1 Accent 6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zepesrcs2">
    <w:name w:val="Medium Grid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1jellszn">
    <w:name w:val="Medium Grid 2 Accent 1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2jellszn">
    <w:name w:val="Medium Grid 2 Accent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3jellszn">
    <w:name w:val="Medium Grid 2 Accent 3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4jellszn">
    <w:name w:val="Medium Grid 2 Accent 4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5jellszn">
    <w:name w:val="Medium Grid 2 Accent 5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6jellszn">
    <w:name w:val="Medium Grid 2 Accent 6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3">
    <w:name w:val="Medium Grid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zepesrcs31jellszn">
    <w:name w:val="Medium Grid 3 Accent 1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Kzepesrcs32jellszn">
    <w:name w:val="Medium Grid 3 Accent 2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Kzepesrcs33jellszn">
    <w:name w:val="Medium Grid 3 Accent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Kzepesrcs34jellszn">
    <w:name w:val="Medium Grid 3 Accent 4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Kzepesrcs35jellszn">
    <w:name w:val="Medium Grid 3 Accent 5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Kzepesrcs36jellszn">
    <w:name w:val="Medium Grid 3 Accent 6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ttlista">
    <w:name w:val="Dark List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Sttlista1jellszn">
    <w:name w:val="Dark List Accent 1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Sttlista2jellszn">
    <w:name w:val="Dark List Accent 2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Sttlista3jellszn">
    <w:name w:val="Dark List Accent 3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Sttlista4jellszn">
    <w:name w:val="Dark List Accent 4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Sttlista5jellszn">
    <w:name w:val="Dark List Accent 5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Sttlista6jellszn">
    <w:name w:val="Dark List Accent 6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znesrnykols">
    <w:name w:val="Colorful Shading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1jellszn">
    <w:name w:val="Colorful Shading Accent 1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2jellszn">
    <w:name w:val="Colorful Shading Accent 2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3jellszn">
    <w:name w:val="Colorful Shading Accent 3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nykols4jellszn">
    <w:name w:val="Colorful Shading Accent 4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5jellszn">
    <w:name w:val="Colorful Shading Accent 5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6jellszn">
    <w:name w:val="Colorful Shading Accent 6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lista">
    <w:name w:val="Colorful List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zneslista1jellszn">
    <w:name w:val="Colorful List Accent 1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zneslista2jellszn">
    <w:name w:val="Colorful List Accent 2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zneslista3jellszn">
    <w:name w:val="Colorful List Accent 3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zneslista4jellszn">
    <w:name w:val="Colorful List Accent 4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zneslista5jellszn">
    <w:name w:val="Colorful List Accent 5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zneslista6jellszn">
    <w:name w:val="Colorful List Accent 6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znesrcs">
    <w:name w:val="Colorful Grid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znesrcs1jellszn">
    <w:name w:val="Colorful Grid Accent 1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znesrcs2jellszn">
    <w:name w:val="Colorful Grid Accent 2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znesrcs3jellszn">
    <w:name w:val="Colorful Grid Accent 3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cs4jellszn">
    <w:name w:val="Colorful Grid Accent 4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znesrcs5jellszn">
    <w:name w:val="Colorful Grid Accent 5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znesrcs6jellszn">
    <w:name w:val="Colorful Grid Accent 6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lWeb">
    <w:name w:val="Normal (Web)"/>
    <w:basedOn w:val="Norml"/>
    <w:uiPriority w:val="99"/>
    <w:unhideWhenUsed/>
    <w:rsid w:val="00A55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u-HU"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91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9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rkisselek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7077A83-0F81-4CAE-B361-015561416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357</Words>
  <Characters>2470</Characters>
  <Application>Microsoft Office Word</Application>
  <DocSecurity>0</DocSecurity>
  <Lines>20</Lines>
  <Paragraphs>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2822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Kata</cp:lastModifiedBy>
  <cp:revision>7</cp:revision>
  <dcterms:created xsi:type="dcterms:W3CDTF">2026-09-02T05:53:00Z</dcterms:created>
  <dcterms:modified xsi:type="dcterms:W3CDTF">2026-09-02T10:36:00Z</dcterms:modified>
  <cp:category/>
</cp:coreProperties>
</file>